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דו־לשוניות - לגדול עם שתי 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היתרונות והקשיים של גדילה עם שתי 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לפי פסקאות מסומנות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המבוססות על טקסט ומיזוג רעיונות משני 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לדבר בשתי שפות בחיי היום-יום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ששתי השפות יבלבלו אותם וידברו 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שילדים דו-לשוניים פותרים משימות ריכוז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הם לומדים עברית מהר יותר מההורים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שליטה טובה בשפה הראשונה מקלה על לימוד שפה 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המחקר הראה שילדים דו-לשוניים מתרכזים טוב יותר, לא פחות.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ב במאמר 1.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ההמלצה היא להמשיך לדבר בשפת האם.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אומרת שהיא שלמה עם שתי השפות, לא חצי.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בפסקה ד במאמר 2.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מתרגמים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(היכולת להשתמש בשתי שפות בחיי היום-יום)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(השפה הראשונה שהילד לומד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(תלמיד ותיק שעוזר לתלמיד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שבו הורים יכולים ללמוד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(תחושה של לא להשתייך באופן מלא לאף תרבות)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ילדים דו-לשוניים פתרו משימות ריכוז מהר יותר, כי המוח שלהם מתאמן כל הזמן לעבור בין שפות ומשימות.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 נוער שעלו בגיל מאוחר מרגישים שהם לא שייכים באופן מלא לא לתרבות הישנה ולא לחדשה.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ומיזוג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יזכיר: להמשיך לדבר בשפת האם, לקרוא ספרים בשתי השפות, לא לבקר על ערבוב מילים, וללמוד עברית באולפן כדי שההורה יוכל לתקשר עם הילד.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מתייחס ליתרון או לקושי מדויק מתוך המאמרים (חברתי, קוגניטיבי, אוצר מילים, זהות).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יתרון מדויק - חברתי, קוגניטיבי או תרבותי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קושי מדויק - אוצר מילים מצומצם או תחושת 'בין שני עולמות'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מציע המלצה שמופיעה במאמרים - להמשיך בשפת האם, לקרוא ספרים, לא לבקר על ערבוב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המאמרים בקול לפני מילוי הדף, בעיקר לתלמידים עם קושי בקריאה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חלק ה'התאמה'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דו־לשוניות - לגדול עם שתי שפות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הבנה של שני מאמרים על דו־לשוניות - התופעה שבה ילדים גדלים עם שתי שפות, אחת בבית ואחת בגן או בבית הספר.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פי פסקה א במאמר 1, מהי דו-לשוניות?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לדבר בשתי שפות בחיי היום-יום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ללמוד שפה חדשה בגיל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הקושי לדבר בשתי שפות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שמדברים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חשבו בעבר הורים ומורים רבים על ילדים דו-לשוניים, לפי פסקה ב במאמר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שהם יתרכזו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ששתי השפות יבלבלו אותם וידברו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שהם ישכחו את שפת האם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שהם ילמדו רק שפה אחת היטב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הראה המחקר משנת 2022 שמתואר בפסקה ג במאמר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שילדים דו-לשוניים פותרים משימות ריכוז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שילדים דו-לשוניים מדברים מאוחר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שדו-לשוניות פוגעת בזיכרון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הבדל בין ילדים דו-לשוניים לחד-לשוניים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מאיפה עלתה נטע לארץ, לפי מאמר 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פסקה ב במאמר 2, מדוע בני נוער עולים הופכים ל'מתרגמים' של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רוצים לעבוד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הם לומדים עברית מהר יותר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בית הספר מחייב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ההורים מבקשים מהם ללמד אותם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לפי פסקה ג במאמר 2, מדוע חשוב לשמור על שפת האם?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אסור ללמד עברית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שליטה טובה בשפה הראשונה מקלה על לימוד שפה 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שפת האם מחליפה את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הילד לא יצטרך ללמוד עברית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מאמר 1, דו-לשוניות פוגעת ביכולת הריכוז של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ערבוב מילים משתי שפות הוא שלב טבעי שעובר עם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חינוך ממליצים להורים להפסיק לדבר עם ילדיהם בשפת האם.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מאמר 2, נטע מרגישה שהיא 'חצי מכאן וחצי משם'.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בבתי ספר מסוימים יש 'יום השפות' שבו תלמידים מלמדים מילים בשפה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דו-לשוניות היא היכולת להשתמש ב__________ שפות בחיי היום-יום.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במחקר משנת 2022 השתתפו 240 ילדים בני 8 עד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נטע עלתה לארץ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בני נוער עולים נעשים ה__________ של המשפחה כי הם לומדים עברית מהר מההורים.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המיוחד שבו תלמידים מלמדים את חבריהם מילים בשפה שלהם נקרא יום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דו-לשוניות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תלמיד ותיק שעוזר לתלמיד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שפת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היכולת להשתמש בשתי שפות בחיי היום-יום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חונך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השפה הראשונה שהילד לומד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תחושה של לא להשתייך באופן מלא לאף 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בין שני עולמות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שבו הורים יכולים ללמוד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גילה המחקר על ילדים דו-לשוניים ויכולת הריכוז.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הקושי של 'להיות בין שני עולמות', לפי מאמר 1?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ומיזוג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(כ-60 מילים) שבה אתם ממליצים להורה של ילד דו-לשוני מה כדאי לעשות, בהתבסס על שני המאמרים.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מצב (שלכם, של מישהו שאתם מכירים, או מדומיין) שבו דו-לשוניות עזרה או הקשתה. הסבירו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יתרון אחד של דו-לשוניות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קושי אחד של דו-לשוניות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המלצה אחת להורים של ילד דו-לשוני.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דו־לשוניות - לגדול עם שתי שפות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