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דו־לשוניות - לגדול עם שתי שפות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היתרונות והקשיים של גדילה עם שתי שפות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לפי פסקאות מסומנות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תשובות המבוססות על טקסט ומיזוג רעיונות משני מאמרים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היכולת לדבר בשתי שפות בחיי היום-יום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ששתי השפות יבלבלו אותם וידברו מאוחר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שילדים דו-לשוניים פותרים משימות ריכוז מהר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מצרפת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כי הם לומדים עברית מהר יותר מההורים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כי שליטה טובה בשפה הראשונה מקלה על לימוד שפה שנייה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המחקר הראה שילדים דו-לשוניים מתרכזים טוב יותר, לא פחות.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בפסקה ב במאמר 1.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ההמלצה היא להמשיך לדבר בשפת האם.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היא אומרת שהיא שלמה עם שתי השפות, לא חצי.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מתואר בפסקה ד במאמר 2.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מתרגמים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(היכולת להשתמש בשתי שפות בחיי היום-יום)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(השפה הראשונה שהילד לומד בבית)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(תלמיד ותיק שעוזר לתלמיד 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(מקום שבו הורים יכולים ללמוד עברית)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(תחושה של לא להשתייך באופן מלא לאף תרבות)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תשובה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ילדים דו-לשוניים פתרו משימות ריכוז מהר יותר, כי המוח שלהם מתאמן כל הזמן לעבור בין שפות ומשימות.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בני נוער שעלו בגיל מאוחר מרגישים שהם לא שייכים באופן מלא לא לתרבות הישנה ולא לחדשה.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ומיזוג רעיונות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יזכיר: להמשיך לדבר בשפת האם, לקרוא ספרים בשתי השפות, לא לבקר על ערבוב מילים, וללמוד עברית באולפן כדי שההורה יוכל לתקשר עם הילד.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יש לבדוק שהתלמיד מתייחס ליתרון או לקושי מדויק מתוך המאמרים (חברתי, קוגניטיבי, אוצר מילים, זהות).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יתרון מדויק - חברתי, קוגניטיבי או תרבותי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קושי מדויק - אוצר מילים מצומצם או תחושת 'בין שני עולמות'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מציע המלצה שמופיעה במאמרים - להמשיך בשפת האם, לקרוא ספרים, לא לבקר על ערבוב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המאמרים בקול לפני מילוי הדף, בעיקר לתלמידים עם קושי בקריאה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יחד על חלק ה'התאמה' לפני המעבר למשימת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 ולהתמקד בהבנה הבסיסית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דו־לשוניות - לגדול עם שתי שפות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ילדים שמדברים שתי שפות. שפה אחת בבית, ושפה אחרת בבית הספר. נענה על שאלות על שני מאמרים בנושא.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דו-לשוניות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היכולת לדבר בשתי שפות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שפת אם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השפה הראשונה שלומדים בבית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אוצר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כמות המילים שאדם מכיר בשפה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חונך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תלמיד ותיק שעוזר לתלמיד חדש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אולפן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שבו לומדים עברית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ריכוז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יכולת להתמקד במשימה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בין שני עולמות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תחושה של לא להשתייך לגמרי לאף תרבות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מיזוג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חיבור רעיונות משני מקורות לסיכום אחד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דו-לשוניות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היכולת לדבר בשתי שפות בחיי היום-יום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היכולת ללמוד שפה חדשה בגיל 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הקושי לדבר בשתי שפות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שפה שמדברים רק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חשבו בעבר על ילדים ששומעים שתי שפות?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שהם יתרכזו טוב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ששתי השפות יבלבלו אותם וידברו מאוחר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שהם ישכחו את שפת האם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שהם ילמדו רק שפה אחת היטב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גילו החוקרים על ילדים שמדברים שתי שפות?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שילדים דו-לשוניים פותרים משימות ריכוז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שילדים דו-לשוניים מדברים מאוחר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שדו-לשוניות פוגעת בזיכרון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שאין הבדל בין ילדים דו-לשוניים לחד-לשוניים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מאיזו מדינה נטע הגיעה?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מארגנטינה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בני נוער מתרגמים להורים שלהם?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הם רוצים לעבוד בבנק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הם לומדים עברית מהר יותר מההורים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בית הספר מחייב זאת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ההורים מבקשים מהם ללמד אותם צרפתית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למה כדאי שהילד ימשיך לדבר בשפת האם?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אסור ללמד עברית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שליטה טובה בשפה הראשונה מקלה על לימוד שפה שנייה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שפת האם מחליפה את העברית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כך הילד לא יצטרך ללמוד עברית בכלל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מאמר 1, דו-לשוניות פוגעת ביכולת הריכוז של הילד.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ערבוב מילים משתי שפות הוא שלב טבעי שעובר עם הזמן.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 חינוך ממליצים להורים להפסיק לדבר עם ילדיהם בשפת האם.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מאמר 2, נטע מרגישה שהיא 'חצי מכאן וחצי משם'.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בבתי ספר מסוימים יש 'יום השפות' שבו תלמידים מלמדים מילים בשפה שלהם.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דו-לשוניות היא היכולת להשתמש ב__________ שפות בחיי היום-יום.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במחקר משנת 2022 השתתפו 240 ילדים בני 8 עד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נטע עלתה לארץ מ__________.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בני נוער עולים נעשים ה__________ של המשפחה כי הם לומדים עברית מהר מההורים.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היום המיוחד שבו תלמידים מלמדים את חבריהם מילים בשפה שלהם נקרא יום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דו-לשוניות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השפה הראשונה שהילד לומד בבית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שפת אם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מקום שבו הורים יכולים ללמוד עברית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חונך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היכולת להשתמש בשתי שפות בחיי היום-יום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אולפן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תחושה של לא להשתייך באופן מלא לאף תרבות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בין שני עולמות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תלמיד ותיק שעוזר לתלמיד חדש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תשובה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גילה המחקר על ילדים דו-לשוניים ויכולת הריכוז.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הקושי של 'להיות בין שני עולמות', לפי מאמר 1?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ומיזוג רעיונות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(כ-60 מילים) שבה אתם ממליצים להורה של ילד דו-לשוני מה כדאי לעשות, בהתבסס על שני המאמרים.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ספרו על מצב (שלכם, של מישהו שאתם מכירים, או מדומיין) שבו דו-לשוניות עזרה או הקשתה. הסבירו מדוע.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יתרון אחד של דו-לשוניות שלמדנו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קושי אחד של דו-לשוניות שלמדנו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המלצה אחת להורים של ילד דו-לשוני.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דו־לשוניות - לגדול עם שתי שפות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