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דו־לשוניות - לגדול עם שתי שפות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היתרונות והקשיים של גדילה עם שתי שפות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לפי פסקאות מסומנות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תשובות המבוססות על טקסט ומיזוג רעיונות משני 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היכולת לדבר בשתי שפות בחיי היום-יום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ששתי השפות יבלבלו אותם וידברו מאוחר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המחקר הראה שילדים דו-לשוניים מתרכזים טוב יותר, לא פחות.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בפסקה ב במאמר 1.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אומרת שהיא שלמה עם שתי השפות, לא חצי.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(היכולת להשתמש בשתי שפות בחיי היום-יום)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(השפה הראשונה שהילד לומד בבית)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(תלמיד ותיק שעוזר לתלמיד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(מקום שבו הורים יכולים ללמוד עברית)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ילדים דו-לשוניים פתרו משימות ריכוז מהר יותר, כי המוח שלהם מתאמן כל הזמן לעבור בין שפות ומשימות.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ומיזוג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לבדוק שהתלמיד מתייחס ליתרון או לקושי מדויק מתוך המאמרים (חברתי, קוגניטיבי, אוצר מילים, זהות).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יתרון מדויק - חברתי, קוגניטיבי או תרבותי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קושי מדויק - אוצר מילים מצומצם או תחושת 'בין שני עולמות'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מציע המלצה שמופיעה במאמרים - להמשיך בשפת האם, לקרוא ספרים, לא לבקר על ערבוב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המאמרים בקול לפני מילוי הדף, בעיקר לתלמידים עם קושי בקריאה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יחד על חלק ה'התאמה' לפני המעבר למשימת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דו־לשוניות - לגדול עם שתי שפות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הבנה של שני מאמרים על דו־לשוניות - התופעה שבה ילדים גדלים עם שתי שפות, אחת בבית ואחת בגן או בבית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שתי  ·  10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פי פסקה א במאמר 1, מהי דו-לשוניות?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היכולת לדבר בשתי שפות בחיי היום-יום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היכולת ללמוד שפה חדשה בגיל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הקושי לדבר בשתי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חשבו בעבר הורים ומורים רבים על ילדים דו-לשוניים, לפי פסקה ב במאמר 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שהם יתרכזו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ששתי השפות יבלבלו אותם וידברו מאוחר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שהם ישכחו את שפת האם 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מאמר 1, דו-לשוניות פוגעת ביכולת הריכוז של הילד.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ערבוב מילים משתי שפות הוא שלב טבעי שעובר עם הזמן.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מאמר 2, נטע מרגישה שהיא 'חצי מכאן וחצי משם'.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דו-לשוניות היא היכולת להשתמש ב__________ שפות בחיי היום-יום.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במחקר משנת 2022 השתתפו 240 ילדים בני 8 עד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דו-לשוניות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השפה הראשונה שהילד לומד בבית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שפת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תלמיד ותיק שעוזר לתלמיד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חונך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שבו הורים יכולים ללמוד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היכולת להשתמש בשתי שפות בחיי היום-יום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גילה המחקר על ילדים דו-לשוניים ויכולת הריכוז.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ומיזוג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מצב (שלכם, של מישהו שאתם מכירים, או מדומיין) שבו דו-לשוניות עזרה או הקשתה. הסבירו מדוע.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יתרון אחד של דו-לשוניות שלמדנו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קושי אחד של דו-לשוניות שלמדנו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דו־לשוניות - לגדול עם שתי שפות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